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71E59BF" w14:textId="1663EB46" w:rsidR="00852D9B" w:rsidRDefault="00655EAF" w:rsidP="00655EAF">
      <w:pPr>
        <w:spacing w:after="180" w:line="259" w:lineRule="auto"/>
      </w:pPr>
      <w:r>
        <w:rPr>
          <w:b/>
          <w:color w:val="808080"/>
          <w:sz w:val="20"/>
        </w:rPr>
        <w:t>Business Name</w:t>
      </w:r>
      <w:r>
        <w:rPr>
          <w:b/>
          <w:color w:val="808080"/>
          <w:sz w:val="20"/>
        </w:rPr>
        <w:t>: __________________</w:t>
      </w:r>
      <w:r>
        <w:tab/>
      </w:r>
      <w:r>
        <w:tab/>
      </w:r>
      <w:r>
        <w:tab/>
      </w:r>
      <w:r>
        <w:tab/>
      </w:r>
      <w:r>
        <w:tab/>
      </w:r>
      <w:r w:rsidR="00000000">
        <w:rPr>
          <w:b/>
          <w:color w:val="808080"/>
          <w:sz w:val="20"/>
        </w:rPr>
        <w:t>Listing Number: __________________</w:t>
      </w:r>
    </w:p>
    <w:p w14:paraId="2265BE91" w14:textId="77777777" w:rsidR="00852D9B" w:rsidRDefault="00000000">
      <w:pPr>
        <w:pStyle w:val="Title"/>
        <w:pBdr>
          <w:top w:val="single" w:sz="22" w:space="5" w:color="00B050"/>
          <w:bottom w:val="single" w:sz="22" w:space="5" w:color="00B050"/>
        </w:pBdr>
        <w:spacing w:after="200" w:line="259" w:lineRule="auto"/>
        <w:jc w:val="center"/>
      </w:pPr>
      <w:r>
        <w:rPr>
          <w:rFonts w:ascii="Calibri" w:hAnsi="Calibri"/>
          <w:b/>
          <w:color w:val="13547E"/>
          <w:sz w:val="46"/>
        </w:rPr>
        <w:t>SELLER’S DISCLOSURE STATEMENT</w:t>
      </w:r>
    </w:p>
    <w:p w14:paraId="78CDD743" w14:textId="77777777" w:rsidR="00852D9B" w:rsidRDefault="00000000">
      <w:pPr>
        <w:spacing w:after="100" w:line="259" w:lineRule="auto"/>
      </w:pPr>
      <w:r>
        <w:rPr>
          <w:b/>
          <w:color w:val="1C1C1C"/>
        </w:rPr>
        <w:t>PREFACE TO DISCLOSURE STATEMENT</w:t>
      </w:r>
    </w:p>
    <w:p w14:paraId="0BC8185C" w14:textId="77777777" w:rsidR="00852D9B" w:rsidRDefault="00000000">
      <w:pPr>
        <w:spacing w:after="200" w:line="259" w:lineRule="auto"/>
      </w:pPr>
      <w:r>
        <w:rPr>
          <w:color w:val="1C1C1C"/>
        </w:rPr>
        <w:t>This series of questions and answers is to inform the prospective buyer about this transaction. It has been done by the seller to provide relevant information and to answer frequently asked questions, but it does not take the place of the buyer’s inspection of the business and of its financial and other records. These things must be carefully examined and approved by the buyer. This information is not a warranty. Legacy Venture Group has verified neither the accuracy nor completeness of any of the information supplied here by the seller.</w:t>
      </w:r>
    </w:p>
    <w:tbl>
      <w:tblPr>
        <w:tblW w:w="0" w:type="auto"/>
        <w:tblLayout w:type="fixed"/>
        <w:tblLook w:val="04A0" w:firstRow="1" w:lastRow="0" w:firstColumn="1" w:lastColumn="0" w:noHBand="0" w:noVBand="1"/>
      </w:tblPr>
      <w:tblGrid>
        <w:gridCol w:w="9965"/>
        <w:gridCol w:w="634"/>
        <w:gridCol w:w="634"/>
      </w:tblGrid>
      <w:tr w:rsidR="00852D9B" w14:paraId="396E2170" w14:textId="77777777">
        <w:trPr>
          <w:cantSplit/>
          <w:tblHeader/>
        </w:trPr>
        <w:tc>
          <w:tcPr>
            <w:tcW w:w="9965"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165B2E02" w14:textId="77777777" w:rsidR="00852D9B" w:rsidRDefault="00000000">
            <w:pPr>
              <w:spacing w:after="0" w:line="247" w:lineRule="auto"/>
            </w:pPr>
            <w:r>
              <w:rPr>
                <w:b/>
                <w:color w:val="13547E"/>
                <w:sz w:val="20"/>
              </w:rPr>
              <w:t>A. Business Conditions</w:t>
            </w:r>
          </w:p>
        </w:tc>
        <w:tc>
          <w:tcPr>
            <w:tcW w:w="634"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4300B920" w14:textId="77777777" w:rsidR="00852D9B" w:rsidRDefault="00000000">
            <w:pPr>
              <w:spacing w:after="0" w:line="247" w:lineRule="auto"/>
            </w:pPr>
            <w:r>
              <w:rPr>
                <w:b/>
                <w:color w:val="13547E"/>
                <w:sz w:val="20"/>
              </w:rPr>
              <w:t>Yes</w:t>
            </w:r>
          </w:p>
        </w:tc>
        <w:tc>
          <w:tcPr>
            <w:tcW w:w="634"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0DCAD586" w14:textId="77777777" w:rsidR="00852D9B" w:rsidRDefault="00000000">
            <w:pPr>
              <w:spacing w:after="0" w:line="247" w:lineRule="auto"/>
            </w:pPr>
            <w:r>
              <w:rPr>
                <w:b/>
                <w:color w:val="13547E"/>
                <w:sz w:val="20"/>
              </w:rPr>
              <w:t>No</w:t>
            </w:r>
          </w:p>
        </w:tc>
      </w:tr>
      <w:tr w:rsidR="00852D9B" w14:paraId="241C5959"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105A286" w14:textId="77777777" w:rsidR="00852D9B" w:rsidRDefault="00000000">
            <w:pPr>
              <w:spacing w:after="0" w:line="247" w:lineRule="auto"/>
            </w:pPr>
            <w:r>
              <w:rPr>
                <w:color w:val="1C1C1C"/>
                <w:sz w:val="20"/>
              </w:rPr>
              <w:t>1. Are you aware of any circumstances in the industry or market area of the business that may adversely affect the future profitability of the business?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6038CA8A"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DBF047E" w14:textId="77777777" w:rsidR="00852D9B" w:rsidRDefault="00000000">
            <w:pPr>
              <w:spacing w:after="0" w:line="247" w:lineRule="auto"/>
              <w:jc w:val="center"/>
            </w:pPr>
            <w:r>
              <w:rPr>
                <w:color w:val="1C1C1C"/>
                <w:sz w:val="22"/>
              </w:rPr>
              <w:t>☐</w:t>
            </w:r>
          </w:p>
        </w:tc>
      </w:tr>
      <w:tr w:rsidR="00852D9B" w14:paraId="5893F167"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6E9C83AC" w14:textId="77777777" w:rsidR="00852D9B" w:rsidRDefault="00000000">
            <w:pPr>
              <w:spacing w:after="0" w:line="247" w:lineRule="auto"/>
            </w:pPr>
            <w:r>
              <w:rPr>
                <w:color w:val="1C1C1C"/>
                <w:sz w:val="20"/>
              </w:rPr>
              <w:t>2. Are there any revenues or expenses of the business that are not clearly reflected in the financial statements you will be presenting to the buyer?</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05743D3F"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75E529B" w14:textId="77777777" w:rsidR="00852D9B" w:rsidRDefault="00000000">
            <w:pPr>
              <w:spacing w:after="0" w:line="247" w:lineRule="auto"/>
              <w:jc w:val="center"/>
            </w:pPr>
            <w:r>
              <w:rPr>
                <w:color w:val="1C1C1C"/>
                <w:sz w:val="22"/>
              </w:rPr>
              <w:t>☐</w:t>
            </w:r>
          </w:p>
        </w:tc>
      </w:tr>
      <w:tr w:rsidR="00852D9B" w14:paraId="7EA62B8D"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EA0E83D" w14:textId="77777777" w:rsidR="00852D9B" w:rsidRDefault="00000000">
            <w:pPr>
              <w:spacing w:after="0" w:line="247" w:lineRule="auto"/>
            </w:pPr>
            <w:r>
              <w:rPr>
                <w:color w:val="1C1C1C"/>
                <w:sz w:val="20"/>
              </w:rPr>
              <w:t>3. Have you reviewed and do you agree with any adjusted income statement of pro-forma prepared by the broker?</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DFA549C"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78CC674" w14:textId="77777777" w:rsidR="00852D9B" w:rsidRDefault="00000000">
            <w:pPr>
              <w:spacing w:after="0" w:line="247" w:lineRule="auto"/>
              <w:jc w:val="center"/>
            </w:pPr>
            <w:r>
              <w:rPr>
                <w:color w:val="1C1C1C"/>
                <w:sz w:val="22"/>
              </w:rPr>
              <w:t>☐</w:t>
            </w:r>
          </w:p>
        </w:tc>
      </w:tr>
      <w:tr w:rsidR="00852D9B" w14:paraId="1F38A642"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7E1B124" w14:textId="77777777" w:rsidR="00852D9B" w:rsidRDefault="00000000">
            <w:pPr>
              <w:spacing w:after="0" w:line="247" w:lineRule="auto"/>
            </w:pPr>
            <w:r>
              <w:rPr>
                <w:color w:val="1C1C1C"/>
                <w:sz w:val="20"/>
              </w:rPr>
              <w:t>4. Is the business in default on any of its financial or contractual obligations?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85581BA"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35E99A2" w14:textId="77777777" w:rsidR="00852D9B" w:rsidRDefault="00000000">
            <w:pPr>
              <w:spacing w:after="0" w:line="247" w:lineRule="auto"/>
              <w:jc w:val="center"/>
            </w:pPr>
            <w:r>
              <w:rPr>
                <w:color w:val="1C1C1C"/>
                <w:sz w:val="22"/>
              </w:rPr>
              <w:t>☐</w:t>
            </w:r>
          </w:p>
        </w:tc>
      </w:tr>
      <w:tr w:rsidR="00852D9B" w14:paraId="3FED8D30"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B4EF39D" w14:textId="77777777" w:rsidR="00852D9B" w:rsidRDefault="00000000">
            <w:pPr>
              <w:spacing w:after="0" w:line="247" w:lineRule="auto"/>
            </w:pPr>
            <w:r>
              <w:rPr>
                <w:color w:val="1C1C1C"/>
                <w:sz w:val="20"/>
              </w:rPr>
              <w:t>5. Has the business or any of its owners been the subject of any bankruptcy filing, assignment for benefit of creditors or insolvency proceedings of any kind during the last five years, or consulted with any attorney or advisor regarding such proceedings?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EE4AC5E"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5B5864A" w14:textId="77777777" w:rsidR="00852D9B" w:rsidRDefault="00000000">
            <w:pPr>
              <w:spacing w:after="0" w:line="247" w:lineRule="auto"/>
              <w:jc w:val="center"/>
            </w:pPr>
            <w:r>
              <w:rPr>
                <w:color w:val="1C1C1C"/>
                <w:sz w:val="22"/>
              </w:rPr>
              <w:t>☐</w:t>
            </w:r>
          </w:p>
        </w:tc>
      </w:tr>
      <w:tr w:rsidR="00852D9B" w14:paraId="68CA7663"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174E4F25" w14:textId="77777777" w:rsidR="00852D9B" w:rsidRDefault="00000000">
            <w:pPr>
              <w:spacing w:after="0" w:line="247" w:lineRule="auto"/>
            </w:pPr>
            <w:r>
              <w:rPr>
                <w:color w:val="1C1C1C"/>
                <w:sz w:val="20"/>
              </w:rPr>
              <w:t>6. Is there any one customer who accounts for more than 10% of annual gross sales? If Yes, list each by name and indicate the approximate percentage of the annual gross sales and any relationship to the business or its owners.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23EF6B7"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48B8DC4" w14:textId="77777777" w:rsidR="00852D9B" w:rsidRDefault="00000000">
            <w:pPr>
              <w:spacing w:after="0" w:line="247" w:lineRule="auto"/>
              <w:jc w:val="center"/>
            </w:pPr>
            <w:r>
              <w:rPr>
                <w:color w:val="1C1C1C"/>
                <w:sz w:val="22"/>
              </w:rPr>
              <w:t>☐</w:t>
            </w:r>
          </w:p>
        </w:tc>
      </w:tr>
      <w:tr w:rsidR="00852D9B" w14:paraId="70CEA214"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A2C9A2B" w14:textId="77777777" w:rsidR="00852D9B" w:rsidRDefault="00000000">
            <w:pPr>
              <w:spacing w:after="0" w:line="247" w:lineRule="auto"/>
            </w:pPr>
            <w:r>
              <w:rPr>
                <w:color w:val="1C1C1C"/>
                <w:sz w:val="20"/>
              </w:rPr>
              <w:t>7. Are there any commitments to employees or independent contractors regarding future compensation increases?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C23342B"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D953993" w14:textId="77777777" w:rsidR="00852D9B" w:rsidRDefault="00000000">
            <w:pPr>
              <w:spacing w:after="0" w:line="247" w:lineRule="auto"/>
              <w:jc w:val="center"/>
            </w:pPr>
            <w:r>
              <w:rPr>
                <w:color w:val="1C1C1C"/>
                <w:sz w:val="22"/>
              </w:rPr>
              <w:t>☐</w:t>
            </w:r>
          </w:p>
        </w:tc>
      </w:tr>
      <w:tr w:rsidR="00852D9B" w14:paraId="2574D59E"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22CC5C3" w14:textId="77777777" w:rsidR="00852D9B" w:rsidRDefault="00000000">
            <w:pPr>
              <w:spacing w:after="0" w:line="247" w:lineRule="auto"/>
            </w:pPr>
            <w:r>
              <w:rPr>
                <w:color w:val="1C1C1C"/>
                <w:sz w:val="20"/>
              </w:rPr>
              <w:t>8. Are there any suppliers who have a personal or special relationship with the business or its owners? If Yes, list them by name and indicate the approximate amount of annual purchases from such suppliers and describe those relationships.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AABA447"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5CA1AD9" w14:textId="77777777" w:rsidR="00852D9B" w:rsidRDefault="00000000">
            <w:pPr>
              <w:spacing w:after="0" w:line="247" w:lineRule="auto"/>
              <w:jc w:val="center"/>
            </w:pPr>
            <w:r>
              <w:rPr>
                <w:color w:val="1C1C1C"/>
                <w:sz w:val="22"/>
              </w:rPr>
              <w:t>☐</w:t>
            </w:r>
          </w:p>
        </w:tc>
      </w:tr>
    </w:tbl>
    <w:p w14:paraId="0E33DFA0" w14:textId="77777777" w:rsidR="00852D9B" w:rsidRDefault="00852D9B">
      <w:pPr>
        <w:spacing w:after="20" w:line="259" w:lineRule="auto"/>
      </w:pPr>
    </w:p>
    <w:p w14:paraId="7716ACB4" w14:textId="77777777" w:rsidR="00852D9B" w:rsidRDefault="00000000">
      <w:r>
        <w:br w:type="page"/>
      </w:r>
    </w:p>
    <w:p w14:paraId="759F6578" w14:textId="77777777" w:rsidR="00852D9B" w:rsidRDefault="00000000">
      <w:pPr>
        <w:pStyle w:val="Title"/>
        <w:pBdr>
          <w:top w:val="single" w:sz="22" w:space="5" w:color="00B050"/>
          <w:bottom w:val="single" w:sz="22" w:space="5" w:color="00B050"/>
        </w:pBdr>
        <w:spacing w:after="200" w:line="259" w:lineRule="auto"/>
        <w:jc w:val="center"/>
      </w:pPr>
      <w:r>
        <w:rPr>
          <w:rFonts w:ascii="Calibri" w:hAnsi="Calibri"/>
          <w:b/>
          <w:color w:val="13547E"/>
          <w:sz w:val="46"/>
        </w:rPr>
        <w:lastRenderedPageBreak/>
        <w:t>SELLER’S DISCLOSURE STATEMENT</w:t>
      </w:r>
    </w:p>
    <w:tbl>
      <w:tblPr>
        <w:tblW w:w="0" w:type="auto"/>
        <w:tblLayout w:type="fixed"/>
        <w:tblLook w:val="04A0" w:firstRow="1" w:lastRow="0" w:firstColumn="1" w:lastColumn="0" w:noHBand="0" w:noVBand="1"/>
      </w:tblPr>
      <w:tblGrid>
        <w:gridCol w:w="9965"/>
        <w:gridCol w:w="634"/>
        <w:gridCol w:w="634"/>
      </w:tblGrid>
      <w:tr w:rsidR="00852D9B" w14:paraId="34553F33" w14:textId="77777777">
        <w:trPr>
          <w:cantSplit/>
          <w:tblHeader/>
        </w:trPr>
        <w:tc>
          <w:tcPr>
            <w:tcW w:w="9965"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7F04B410" w14:textId="77777777" w:rsidR="00852D9B" w:rsidRDefault="00000000">
            <w:pPr>
              <w:spacing w:after="0" w:line="247" w:lineRule="auto"/>
            </w:pPr>
            <w:r>
              <w:rPr>
                <w:b/>
                <w:color w:val="13547E"/>
                <w:sz w:val="20"/>
              </w:rPr>
              <w:t>A. Business Conditions continued</w:t>
            </w:r>
          </w:p>
        </w:tc>
        <w:tc>
          <w:tcPr>
            <w:tcW w:w="634"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727CB33C" w14:textId="77777777" w:rsidR="00852D9B" w:rsidRDefault="00000000">
            <w:pPr>
              <w:spacing w:after="0" w:line="247" w:lineRule="auto"/>
            </w:pPr>
            <w:r>
              <w:rPr>
                <w:b/>
                <w:color w:val="13547E"/>
                <w:sz w:val="20"/>
              </w:rPr>
              <w:t>Yes</w:t>
            </w:r>
          </w:p>
        </w:tc>
        <w:tc>
          <w:tcPr>
            <w:tcW w:w="634"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34F4F484" w14:textId="77777777" w:rsidR="00852D9B" w:rsidRDefault="00000000">
            <w:pPr>
              <w:spacing w:after="0" w:line="247" w:lineRule="auto"/>
            </w:pPr>
            <w:r>
              <w:rPr>
                <w:b/>
                <w:color w:val="13547E"/>
                <w:sz w:val="20"/>
              </w:rPr>
              <w:t>No</w:t>
            </w:r>
          </w:p>
        </w:tc>
      </w:tr>
      <w:tr w:rsidR="00852D9B" w14:paraId="089CEDF6"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56659CC" w14:textId="77777777" w:rsidR="00852D9B" w:rsidRDefault="00000000">
            <w:pPr>
              <w:spacing w:after="0" w:line="247" w:lineRule="auto"/>
            </w:pPr>
            <w:r>
              <w:rPr>
                <w:color w:val="1C1C1C"/>
                <w:sz w:val="20"/>
              </w:rPr>
              <w:t>9. Are any of the employees or independent contractors related to any of the owners of the business or to one another? If Yes, list by name and describe their relationship.</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028FD1E3"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62739EB8" w14:textId="77777777" w:rsidR="00852D9B" w:rsidRDefault="00000000">
            <w:pPr>
              <w:spacing w:after="0" w:line="247" w:lineRule="auto"/>
              <w:jc w:val="center"/>
            </w:pPr>
            <w:r>
              <w:rPr>
                <w:color w:val="1C1C1C"/>
                <w:sz w:val="22"/>
              </w:rPr>
              <w:t>☐</w:t>
            </w:r>
          </w:p>
        </w:tc>
      </w:tr>
      <w:tr w:rsidR="00852D9B" w14:paraId="37B72122"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0761BD2E" w14:textId="77777777" w:rsidR="00852D9B" w:rsidRDefault="00000000">
            <w:pPr>
              <w:spacing w:after="0" w:line="247" w:lineRule="auto"/>
            </w:pPr>
            <w:r>
              <w:rPr>
                <w:color w:val="1C1C1C"/>
                <w:sz w:val="20"/>
              </w:rPr>
              <w:t>10. Have you had or do you anticipate any disputes with the landlord or problems with the premises the business occupies?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BA333C6"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F061742" w14:textId="77777777" w:rsidR="00852D9B" w:rsidRDefault="00000000">
            <w:pPr>
              <w:spacing w:after="0" w:line="247" w:lineRule="auto"/>
              <w:jc w:val="center"/>
            </w:pPr>
            <w:r>
              <w:rPr>
                <w:color w:val="1C1C1C"/>
                <w:sz w:val="22"/>
              </w:rPr>
              <w:t>☐</w:t>
            </w:r>
          </w:p>
        </w:tc>
      </w:tr>
      <w:tr w:rsidR="00852D9B" w14:paraId="42290A49"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077EED3F" w14:textId="77777777" w:rsidR="00852D9B" w:rsidRDefault="00000000">
            <w:pPr>
              <w:spacing w:after="0" w:line="247" w:lineRule="auto"/>
            </w:pPr>
            <w:r>
              <w:rPr>
                <w:color w:val="1C1C1C"/>
                <w:sz w:val="20"/>
              </w:rPr>
              <w:t>11. Is there any equipment used in the business that it does not own?</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B603FD6"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67DC631" w14:textId="77777777" w:rsidR="00852D9B" w:rsidRDefault="00000000">
            <w:pPr>
              <w:spacing w:after="0" w:line="247" w:lineRule="auto"/>
              <w:jc w:val="center"/>
            </w:pPr>
            <w:r>
              <w:rPr>
                <w:color w:val="1C1C1C"/>
                <w:sz w:val="22"/>
              </w:rPr>
              <w:t>☐</w:t>
            </w:r>
          </w:p>
        </w:tc>
      </w:tr>
      <w:tr w:rsidR="00852D9B" w14:paraId="75125B6C"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B7C6D1C" w14:textId="77777777" w:rsidR="00852D9B" w:rsidRDefault="00000000">
            <w:pPr>
              <w:spacing w:after="0" w:line="247" w:lineRule="auto"/>
            </w:pPr>
            <w:r>
              <w:rPr>
                <w:color w:val="1C1C1C"/>
                <w:sz w:val="20"/>
              </w:rPr>
              <w:t>12. Is there any equipment used in the business that is not in good and operable condition, or for which maintenance has been deferred or is not suitable for the current usage?</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F7295CD"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9E9B003" w14:textId="77777777" w:rsidR="00852D9B" w:rsidRDefault="00000000">
            <w:pPr>
              <w:spacing w:after="0" w:line="247" w:lineRule="auto"/>
              <w:jc w:val="center"/>
            </w:pPr>
            <w:r>
              <w:rPr>
                <w:color w:val="1C1C1C"/>
                <w:sz w:val="22"/>
              </w:rPr>
              <w:t>☐</w:t>
            </w:r>
          </w:p>
        </w:tc>
      </w:tr>
      <w:tr w:rsidR="00852D9B" w14:paraId="6778A013"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C4A337F" w14:textId="77777777" w:rsidR="00852D9B" w:rsidRDefault="00000000">
            <w:pPr>
              <w:spacing w:after="0" w:line="247" w:lineRule="auto"/>
            </w:pPr>
            <w:r>
              <w:rPr>
                <w:color w:val="1C1C1C"/>
                <w:sz w:val="20"/>
              </w:rPr>
              <w:t>13. Are there any terms or conditions of the premises lease with which the business or the landlord are not in full compliance?</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5A67351"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DA2BEA4" w14:textId="77777777" w:rsidR="00852D9B" w:rsidRDefault="00000000">
            <w:pPr>
              <w:spacing w:after="0" w:line="247" w:lineRule="auto"/>
              <w:jc w:val="center"/>
            </w:pPr>
            <w:r>
              <w:rPr>
                <w:color w:val="1C1C1C"/>
                <w:sz w:val="22"/>
              </w:rPr>
              <w:t>☐</w:t>
            </w:r>
          </w:p>
        </w:tc>
      </w:tr>
      <w:tr w:rsidR="00852D9B" w14:paraId="2CBC4E41"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19A1D48B" w14:textId="77777777" w:rsidR="00852D9B" w:rsidRDefault="00000000">
            <w:pPr>
              <w:spacing w:after="0" w:line="247" w:lineRule="auto"/>
            </w:pPr>
            <w:r>
              <w:rPr>
                <w:color w:val="1C1C1C"/>
                <w:sz w:val="20"/>
              </w:rPr>
              <w:t>14. Is the business a franchise or a distributorship? If Yes, please provide a copy of each such franchise or distributorship agreement.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0639197"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6D5376E" w14:textId="77777777" w:rsidR="00852D9B" w:rsidRDefault="00000000">
            <w:pPr>
              <w:spacing w:after="0" w:line="247" w:lineRule="auto"/>
              <w:jc w:val="center"/>
            </w:pPr>
            <w:r>
              <w:rPr>
                <w:color w:val="1C1C1C"/>
                <w:sz w:val="22"/>
              </w:rPr>
              <w:t>☐</w:t>
            </w:r>
          </w:p>
        </w:tc>
      </w:tr>
      <w:tr w:rsidR="00852D9B" w14:paraId="41582684"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F12DE8A" w14:textId="77777777" w:rsidR="00852D9B" w:rsidRDefault="00000000">
            <w:pPr>
              <w:spacing w:after="0" w:line="247" w:lineRule="auto"/>
            </w:pPr>
            <w:r>
              <w:rPr>
                <w:color w:val="1C1C1C"/>
                <w:sz w:val="20"/>
              </w:rPr>
              <w:t>15. Have there been any deaths, violent crimes or other criminal activity on the premises within the last three years?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1F0468D"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19CF50B6" w14:textId="77777777" w:rsidR="00852D9B" w:rsidRDefault="00000000">
            <w:pPr>
              <w:spacing w:after="0" w:line="247" w:lineRule="auto"/>
              <w:jc w:val="center"/>
            </w:pPr>
            <w:r>
              <w:rPr>
                <w:color w:val="1C1C1C"/>
                <w:sz w:val="22"/>
              </w:rPr>
              <w:t>☐</w:t>
            </w:r>
          </w:p>
        </w:tc>
      </w:tr>
      <w:tr w:rsidR="00852D9B" w14:paraId="2297E819"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6DCA6BF8" w14:textId="77777777" w:rsidR="00852D9B" w:rsidRDefault="00000000">
            <w:pPr>
              <w:spacing w:after="0" w:line="247" w:lineRule="auto"/>
            </w:pPr>
            <w:r>
              <w:rPr>
                <w:color w:val="1C1C1C"/>
                <w:sz w:val="20"/>
              </w:rPr>
              <w:t>16. Are you aware of any substances, materials or products on or near the premises which may be an environmental hazard such as, but not limited to, asbestos, formaldehyde, radon gas, paint, solvent, fuel, medical waste, surface or underground storage tanks or contaminated soil or water?</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099CF704"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65BD19E9" w14:textId="77777777" w:rsidR="00852D9B" w:rsidRDefault="00000000">
            <w:pPr>
              <w:spacing w:after="0" w:line="247" w:lineRule="auto"/>
              <w:jc w:val="center"/>
            </w:pPr>
            <w:r>
              <w:rPr>
                <w:color w:val="1C1C1C"/>
                <w:sz w:val="22"/>
              </w:rPr>
              <w:t>☐</w:t>
            </w:r>
          </w:p>
        </w:tc>
      </w:tr>
    </w:tbl>
    <w:p w14:paraId="38AFC280" w14:textId="77777777" w:rsidR="00852D9B" w:rsidRDefault="00852D9B">
      <w:pPr>
        <w:spacing w:after="20" w:line="259" w:lineRule="auto"/>
      </w:pPr>
    </w:p>
    <w:tbl>
      <w:tblPr>
        <w:tblW w:w="0" w:type="auto"/>
        <w:tblLayout w:type="fixed"/>
        <w:tblLook w:val="04A0" w:firstRow="1" w:lastRow="0" w:firstColumn="1" w:lastColumn="0" w:noHBand="0" w:noVBand="1"/>
      </w:tblPr>
      <w:tblGrid>
        <w:gridCol w:w="9965"/>
        <w:gridCol w:w="634"/>
        <w:gridCol w:w="634"/>
      </w:tblGrid>
      <w:tr w:rsidR="00852D9B" w14:paraId="5BD4538E" w14:textId="77777777">
        <w:trPr>
          <w:cantSplit/>
          <w:tblHeader/>
        </w:trPr>
        <w:tc>
          <w:tcPr>
            <w:tcW w:w="9965"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49C583EA" w14:textId="77777777" w:rsidR="00852D9B" w:rsidRDefault="00000000">
            <w:pPr>
              <w:spacing w:after="0" w:line="247" w:lineRule="auto"/>
            </w:pPr>
            <w:r>
              <w:rPr>
                <w:b/>
                <w:color w:val="13547E"/>
                <w:sz w:val="20"/>
              </w:rPr>
              <w:t>B. Regulations</w:t>
            </w:r>
          </w:p>
        </w:tc>
        <w:tc>
          <w:tcPr>
            <w:tcW w:w="634"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39627290" w14:textId="77777777" w:rsidR="00852D9B" w:rsidRDefault="00000000">
            <w:pPr>
              <w:spacing w:after="0" w:line="247" w:lineRule="auto"/>
            </w:pPr>
            <w:r>
              <w:rPr>
                <w:b/>
                <w:color w:val="13547E"/>
                <w:sz w:val="20"/>
              </w:rPr>
              <w:t>Yes</w:t>
            </w:r>
          </w:p>
        </w:tc>
        <w:tc>
          <w:tcPr>
            <w:tcW w:w="634"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10D1CDE4" w14:textId="77777777" w:rsidR="00852D9B" w:rsidRDefault="00000000">
            <w:pPr>
              <w:spacing w:after="0" w:line="247" w:lineRule="auto"/>
            </w:pPr>
            <w:r>
              <w:rPr>
                <w:b/>
                <w:color w:val="13547E"/>
                <w:sz w:val="20"/>
              </w:rPr>
              <w:t>No</w:t>
            </w:r>
          </w:p>
        </w:tc>
      </w:tr>
      <w:tr w:rsidR="00852D9B" w14:paraId="1D28C6CD"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B966379" w14:textId="77777777" w:rsidR="00852D9B" w:rsidRDefault="00000000">
            <w:pPr>
              <w:spacing w:after="0" w:line="247" w:lineRule="auto"/>
            </w:pPr>
            <w:r>
              <w:rPr>
                <w:color w:val="1C1C1C"/>
                <w:sz w:val="20"/>
              </w:rPr>
              <w:t>1. Is the business or its operators required to have any licenses or permits other than a local business license?</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3730095"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DEA360F" w14:textId="77777777" w:rsidR="00852D9B" w:rsidRDefault="00000000">
            <w:pPr>
              <w:spacing w:after="0" w:line="247" w:lineRule="auto"/>
              <w:jc w:val="center"/>
            </w:pPr>
            <w:r>
              <w:rPr>
                <w:color w:val="1C1C1C"/>
                <w:sz w:val="22"/>
              </w:rPr>
              <w:t>☐</w:t>
            </w:r>
          </w:p>
        </w:tc>
      </w:tr>
      <w:tr w:rsidR="00852D9B" w14:paraId="2A9EDD7F"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05F68C9" w14:textId="77777777" w:rsidR="00852D9B" w:rsidRDefault="00000000">
            <w:pPr>
              <w:spacing w:after="0" w:line="247" w:lineRule="auto"/>
            </w:pPr>
            <w:r>
              <w:rPr>
                <w:color w:val="1C1C1C"/>
                <w:sz w:val="20"/>
              </w:rPr>
              <w:t>2. Must the new owner personally qualify for any license or permit?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743B758"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6BDD7A04" w14:textId="77777777" w:rsidR="00852D9B" w:rsidRDefault="00000000">
            <w:pPr>
              <w:spacing w:after="0" w:line="247" w:lineRule="auto"/>
              <w:jc w:val="center"/>
            </w:pPr>
            <w:r>
              <w:rPr>
                <w:color w:val="1C1C1C"/>
                <w:sz w:val="22"/>
              </w:rPr>
              <w:t>☐</w:t>
            </w:r>
          </w:p>
        </w:tc>
      </w:tr>
    </w:tbl>
    <w:p w14:paraId="2BA41626" w14:textId="77777777" w:rsidR="00852D9B" w:rsidRDefault="00852D9B">
      <w:pPr>
        <w:spacing w:after="20" w:line="259" w:lineRule="auto"/>
      </w:pPr>
    </w:p>
    <w:p w14:paraId="50F26E72" w14:textId="77777777" w:rsidR="00852D9B" w:rsidRDefault="00000000">
      <w:r>
        <w:br w:type="page"/>
      </w:r>
    </w:p>
    <w:p w14:paraId="01244A1E" w14:textId="77777777" w:rsidR="00852D9B" w:rsidRDefault="00000000">
      <w:pPr>
        <w:pStyle w:val="Title"/>
        <w:pBdr>
          <w:top w:val="single" w:sz="22" w:space="5" w:color="00B050"/>
          <w:bottom w:val="single" w:sz="22" w:space="5" w:color="00B050"/>
        </w:pBdr>
        <w:spacing w:after="200" w:line="259" w:lineRule="auto"/>
        <w:jc w:val="center"/>
      </w:pPr>
      <w:r>
        <w:rPr>
          <w:rFonts w:ascii="Calibri" w:hAnsi="Calibri"/>
          <w:b/>
          <w:color w:val="13547E"/>
          <w:sz w:val="46"/>
        </w:rPr>
        <w:lastRenderedPageBreak/>
        <w:t>SELLER’S DISCLOSURE STATEMENT</w:t>
      </w:r>
    </w:p>
    <w:p w14:paraId="683C1A37" w14:textId="77777777" w:rsidR="00852D9B" w:rsidRDefault="00000000">
      <w:pPr>
        <w:spacing w:after="100" w:line="259" w:lineRule="auto"/>
      </w:pPr>
      <w:r>
        <w:rPr>
          <w:b/>
          <w:color w:val="1C1C1C"/>
          <w:sz w:val="22"/>
        </w:rPr>
        <w:t>B. Regulations continued</w:t>
      </w:r>
    </w:p>
    <w:p w14:paraId="64C6AE75" w14:textId="77777777" w:rsidR="00852D9B" w:rsidRDefault="00000000">
      <w:pPr>
        <w:spacing w:after="100" w:line="259" w:lineRule="auto"/>
      </w:pPr>
      <w:r>
        <w:rPr>
          <w:color w:val="1C1C1C"/>
          <w:sz w:val="20"/>
        </w:rPr>
        <w:t>3. Are there any alleged violations filed or under investigation by authorities issuing licenses or permits by the following agencies?</w:t>
      </w:r>
    </w:p>
    <w:tbl>
      <w:tblPr>
        <w:tblW w:w="0" w:type="auto"/>
        <w:tblLayout w:type="fixed"/>
        <w:tblLook w:val="04A0" w:firstRow="1" w:lastRow="0" w:firstColumn="1" w:lastColumn="0" w:noHBand="0" w:noVBand="1"/>
      </w:tblPr>
      <w:tblGrid>
        <w:gridCol w:w="5616"/>
        <w:gridCol w:w="5616"/>
      </w:tblGrid>
      <w:tr w:rsidR="00852D9B" w14:paraId="0EAA7921" w14:textId="77777777">
        <w:tc>
          <w:tcPr>
            <w:tcW w:w="5616" w:type="dxa"/>
            <w:vAlign w:val="center"/>
          </w:tcPr>
          <w:p w14:paraId="351FBB30" w14:textId="77777777" w:rsidR="00852D9B" w:rsidRDefault="00000000">
            <w:pPr>
              <w:spacing w:after="0" w:line="247" w:lineRule="auto"/>
            </w:pPr>
            <w:r>
              <w:rPr>
                <w:color w:val="1C1C1C"/>
                <w:sz w:val="18"/>
              </w:rPr>
              <w:t>Police   Yes ☐  No ☐</w:t>
            </w:r>
          </w:p>
        </w:tc>
        <w:tc>
          <w:tcPr>
            <w:tcW w:w="5616" w:type="dxa"/>
            <w:vAlign w:val="center"/>
          </w:tcPr>
          <w:p w14:paraId="1D5CDD82" w14:textId="77777777" w:rsidR="00852D9B" w:rsidRDefault="00000000">
            <w:pPr>
              <w:spacing w:after="0" w:line="247" w:lineRule="auto"/>
            </w:pPr>
            <w:r>
              <w:rPr>
                <w:color w:val="1C1C1C"/>
                <w:sz w:val="18"/>
              </w:rPr>
              <w:t>OSHA   Yes ☐  No ☐</w:t>
            </w:r>
          </w:p>
        </w:tc>
      </w:tr>
      <w:tr w:rsidR="00852D9B" w14:paraId="250C25F8" w14:textId="77777777">
        <w:tc>
          <w:tcPr>
            <w:tcW w:w="5616" w:type="dxa"/>
            <w:vAlign w:val="center"/>
          </w:tcPr>
          <w:p w14:paraId="3CF5A39B" w14:textId="77777777" w:rsidR="00852D9B" w:rsidRDefault="00000000">
            <w:pPr>
              <w:spacing w:after="0" w:line="247" w:lineRule="auto"/>
            </w:pPr>
            <w:r>
              <w:rPr>
                <w:color w:val="1C1C1C"/>
                <w:sz w:val="18"/>
              </w:rPr>
              <w:t>Health Department   Yes ☐  No ☐</w:t>
            </w:r>
          </w:p>
        </w:tc>
        <w:tc>
          <w:tcPr>
            <w:tcW w:w="5616" w:type="dxa"/>
            <w:vAlign w:val="center"/>
          </w:tcPr>
          <w:p w14:paraId="36924920" w14:textId="77777777" w:rsidR="00852D9B" w:rsidRDefault="00000000">
            <w:pPr>
              <w:spacing w:after="0" w:line="247" w:lineRule="auto"/>
            </w:pPr>
            <w:r>
              <w:rPr>
                <w:color w:val="1C1C1C"/>
                <w:sz w:val="18"/>
              </w:rPr>
              <w:t>EEOC   Yes ☐  No ☐</w:t>
            </w:r>
          </w:p>
        </w:tc>
      </w:tr>
      <w:tr w:rsidR="00852D9B" w14:paraId="5EC93BC2" w14:textId="77777777">
        <w:tc>
          <w:tcPr>
            <w:tcW w:w="5616" w:type="dxa"/>
            <w:vAlign w:val="center"/>
          </w:tcPr>
          <w:p w14:paraId="5E1970A9" w14:textId="77777777" w:rsidR="00852D9B" w:rsidRDefault="00000000">
            <w:pPr>
              <w:spacing w:after="0" w:line="247" w:lineRule="auto"/>
            </w:pPr>
            <w:r>
              <w:rPr>
                <w:color w:val="1C1C1C"/>
                <w:sz w:val="18"/>
              </w:rPr>
              <w:t>Fire Department   Yes ☐  No ☐</w:t>
            </w:r>
          </w:p>
        </w:tc>
        <w:tc>
          <w:tcPr>
            <w:tcW w:w="5616" w:type="dxa"/>
            <w:vAlign w:val="center"/>
          </w:tcPr>
          <w:p w14:paraId="1103EDDF" w14:textId="77777777" w:rsidR="00852D9B" w:rsidRDefault="00000000">
            <w:pPr>
              <w:spacing w:after="0" w:line="247" w:lineRule="auto"/>
            </w:pPr>
            <w:r>
              <w:rPr>
                <w:color w:val="1C1C1C"/>
                <w:sz w:val="18"/>
              </w:rPr>
              <w:t>EDD   Yes ☐  No ☐</w:t>
            </w:r>
          </w:p>
        </w:tc>
      </w:tr>
      <w:tr w:rsidR="00852D9B" w14:paraId="3779D49A" w14:textId="77777777">
        <w:tc>
          <w:tcPr>
            <w:tcW w:w="5616" w:type="dxa"/>
            <w:vAlign w:val="center"/>
          </w:tcPr>
          <w:p w14:paraId="690660B5" w14:textId="77777777" w:rsidR="00852D9B" w:rsidRDefault="00000000">
            <w:pPr>
              <w:spacing w:after="0" w:line="247" w:lineRule="auto"/>
            </w:pPr>
            <w:r>
              <w:rPr>
                <w:color w:val="1C1C1C"/>
                <w:sz w:val="18"/>
              </w:rPr>
              <w:t>Building Inspector   Yes ☐  No ☐</w:t>
            </w:r>
          </w:p>
        </w:tc>
        <w:tc>
          <w:tcPr>
            <w:tcW w:w="5616" w:type="dxa"/>
            <w:vAlign w:val="center"/>
          </w:tcPr>
          <w:p w14:paraId="34B8FACA" w14:textId="77777777" w:rsidR="00852D9B" w:rsidRDefault="00000000">
            <w:pPr>
              <w:spacing w:after="0" w:line="247" w:lineRule="auto"/>
            </w:pPr>
            <w:r>
              <w:rPr>
                <w:color w:val="1C1C1C"/>
                <w:sz w:val="18"/>
              </w:rPr>
              <w:t>ABC   Yes ☐  No ☐</w:t>
            </w:r>
          </w:p>
        </w:tc>
      </w:tr>
      <w:tr w:rsidR="00852D9B" w14:paraId="421ECC42" w14:textId="77777777">
        <w:tc>
          <w:tcPr>
            <w:tcW w:w="5616" w:type="dxa"/>
            <w:vAlign w:val="center"/>
          </w:tcPr>
          <w:p w14:paraId="57DDDAC8" w14:textId="77777777" w:rsidR="00852D9B" w:rsidRDefault="00000000">
            <w:pPr>
              <w:spacing w:after="0" w:line="247" w:lineRule="auto"/>
            </w:pPr>
            <w:r>
              <w:rPr>
                <w:color w:val="1C1C1C"/>
                <w:sz w:val="18"/>
              </w:rPr>
              <w:t>Zoning Commission   Yes ☐  No ☐</w:t>
            </w:r>
          </w:p>
        </w:tc>
        <w:tc>
          <w:tcPr>
            <w:tcW w:w="5616" w:type="dxa"/>
            <w:vAlign w:val="center"/>
          </w:tcPr>
          <w:p w14:paraId="751F0564" w14:textId="77777777" w:rsidR="00852D9B" w:rsidRDefault="00000000">
            <w:pPr>
              <w:spacing w:after="0" w:line="247" w:lineRule="auto"/>
            </w:pPr>
            <w:r>
              <w:rPr>
                <w:color w:val="1C1C1C"/>
                <w:sz w:val="18"/>
              </w:rPr>
              <w:t>IRS   Yes ☐  No ☐</w:t>
            </w:r>
          </w:p>
        </w:tc>
      </w:tr>
      <w:tr w:rsidR="00852D9B" w14:paraId="40602BCF" w14:textId="77777777">
        <w:tc>
          <w:tcPr>
            <w:tcW w:w="5616" w:type="dxa"/>
            <w:vAlign w:val="center"/>
          </w:tcPr>
          <w:p w14:paraId="328ECE47" w14:textId="77777777" w:rsidR="00852D9B" w:rsidRDefault="00000000">
            <w:pPr>
              <w:spacing w:after="0" w:line="247" w:lineRule="auto"/>
            </w:pPr>
            <w:r>
              <w:rPr>
                <w:color w:val="1C1C1C"/>
                <w:sz w:val="18"/>
              </w:rPr>
              <w:t>Water Pollution Control Agency   Yes ☐  No ☐</w:t>
            </w:r>
          </w:p>
        </w:tc>
        <w:tc>
          <w:tcPr>
            <w:tcW w:w="5616" w:type="dxa"/>
            <w:vAlign w:val="center"/>
          </w:tcPr>
          <w:p w14:paraId="2B8C4C84" w14:textId="77777777" w:rsidR="00852D9B" w:rsidRDefault="00000000">
            <w:pPr>
              <w:spacing w:after="0" w:line="247" w:lineRule="auto"/>
            </w:pPr>
            <w:r>
              <w:rPr>
                <w:color w:val="1C1C1C"/>
                <w:sz w:val="18"/>
              </w:rPr>
              <w:t>Board of Equalization   Yes ☐  No ☐</w:t>
            </w:r>
          </w:p>
        </w:tc>
      </w:tr>
      <w:tr w:rsidR="00852D9B" w14:paraId="231AD7E7" w14:textId="77777777">
        <w:tc>
          <w:tcPr>
            <w:tcW w:w="5616" w:type="dxa"/>
            <w:vAlign w:val="center"/>
          </w:tcPr>
          <w:p w14:paraId="447D8575" w14:textId="77777777" w:rsidR="00852D9B" w:rsidRDefault="00000000">
            <w:pPr>
              <w:spacing w:after="0" w:line="247" w:lineRule="auto"/>
            </w:pPr>
            <w:r>
              <w:rPr>
                <w:color w:val="1C1C1C"/>
                <w:sz w:val="18"/>
              </w:rPr>
              <w:t>Environmental Protection Agency   Yes ☐  No ☐</w:t>
            </w:r>
          </w:p>
        </w:tc>
        <w:tc>
          <w:tcPr>
            <w:tcW w:w="5616" w:type="dxa"/>
            <w:vAlign w:val="center"/>
          </w:tcPr>
          <w:p w14:paraId="1E75AA81" w14:textId="77777777" w:rsidR="00852D9B" w:rsidRDefault="00000000">
            <w:pPr>
              <w:spacing w:after="0" w:line="247" w:lineRule="auto"/>
            </w:pPr>
            <w:r>
              <w:rPr>
                <w:color w:val="1C1C1C"/>
                <w:sz w:val="18"/>
              </w:rPr>
              <w:t>Franchise Tax Board   Yes ☐  No ☐</w:t>
            </w:r>
          </w:p>
        </w:tc>
      </w:tr>
      <w:tr w:rsidR="00852D9B" w14:paraId="2270DC01" w14:textId="77777777">
        <w:tc>
          <w:tcPr>
            <w:tcW w:w="5616" w:type="dxa"/>
            <w:vAlign w:val="center"/>
          </w:tcPr>
          <w:p w14:paraId="57D985DE" w14:textId="77777777" w:rsidR="00852D9B" w:rsidRDefault="00000000">
            <w:pPr>
              <w:spacing w:after="0" w:line="247" w:lineRule="auto"/>
            </w:pPr>
            <w:r>
              <w:rPr>
                <w:color w:val="1C1C1C"/>
                <w:sz w:val="18"/>
              </w:rPr>
              <w:t>Noise Pollution   Yes ☐  No ☐</w:t>
            </w:r>
          </w:p>
        </w:tc>
        <w:tc>
          <w:tcPr>
            <w:tcW w:w="5616" w:type="dxa"/>
            <w:vAlign w:val="center"/>
          </w:tcPr>
          <w:p w14:paraId="4EF18464" w14:textId="77777777" w:rsidR="00852D9B" w:rsidRDefault="00000000">
            <w:pPr>
              <w:spacing w:after="0" w:line="247" w:lineRule="auto"/>
            </w:pPr>
            <w:r>
              <w:rPr>
                <w:color w:val="1C1C1C"/>
                <w:sz w:val="18"/>
              </w:rPr>
              <w:t>ADA   Yes ☐  No ☐</w:t>
            </w:r>
          </w:p>
        </w:tc>
      </w:tr>
      <w:tr w:rsidR="00852D9B" w14:paraId="56B656B3" w14:textId="77777777">
        <w:tc>
          <w:tcPr>
            <w:tcW w:w="5616" w:type="dxa"/>
            <w:vAlign w:val="center"/>
          </w:tcPr>
          <w:p w14:paraId="5EB4C683" w14:textId="77777777" w:rsidR="00852D9B" w:rsidRDefault="00000000">
            <w:pPr>
              <w:spacing w:after="0" w:line="247" w:lineRule="auto"/>
            </w:pPr>
            <w:r>
              <w:rPr>
                <w:color w:val="1C1C1C"/>
                <w:sz w:val="18"/>
              </w:rPr>
              <w:t>Clean Air Act   Yes ☐  No ☐</w:t>
            </w:r>
          </w:p>
        </w:tc>
        <w:tc>
          <w:tcPr>
            <w:tcW w:w="5616" w:type="dxa"/>
            <w:vAlign w:val="center"/>
          </w:tcPr>
          <w:p w14:paraId="5830799D" w14:textId="77777777" w:rsidR="00852D9B" w:rsidRDefault="00000000">
            <w:pPr>
              <w:spacing w:after="0" w:line="247" w:lineRule="auto"/>
            </w:pPr>
            <w:r>
              <w:rPr>
                <w:color w:val="1C1C1C"/>
                <w:sz w:val="18"/>
              </w:rPr>
              <w:t>Clean Water Act   Yes ☐  No ☐</w:t>
            </w:r>
          </w:p>
        </w:tc>
      </w:tr>
    </w:tbl>
    <w:p w14:paraId="2C28E2A0" w14:textId="77777777" w:rsidR="00852D9B" w:rsidRDefault="00852D9B">
      <w:pPr>
        <w:spacing w:after="40" w:line="259" w:lineRule="auto"/>
      </w:pPr>
    </w:p>
    <w:tbl>
      <w:tblPr>
        <w:tblW w:w="0" w:type="auto"/>
        <w:tblLayout w:type="fixed"/>
        <w:tblLook w:val="04A0" w:firstRow="1" w:lastRow="0" w:firstColumn="1" w:lastColumn="0" w:noHBand="0" w:noVBand="1"/>
      </w:tblPr>
      <w:tblGrid>
        <w:gridCol w:w="9965"/>
        <w:gridCol w:w="634"/>
        <w:gridCol w:w="634"/>
      </w:tblGrid>
      <w:tr w:rsidR="00852D9B" w14:paraId="65DED559" w14:textId="77777777">
        <w:trPr>
          <w:cantSplit/>
          <w:tblHeader/>
        </w:trPr>
        <w:tc>
          <w:tcPr>
            <w:tcW w:w="9965"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378AE68C" w14:textId="77777777" w:rsidR="00852D9B" w:rsidRDefault="00000000">
            <w:pPr>
              <w:spacing w:after="0" w:line="247" w:lineRule="auto"/>
            </w:pPr>
            <w:r>
              <w:rPr>
                <w:b/>
                <w:color w:val="13547E"/>
                <w:sz w:val="20"/>
              </w:rPr>
              <w:t>B. Regulations continued</w:t>
            </w:r>
          </w:p>
        </w:tc>
        <w:tc>
          <w:tcPr>
            <w:tcW w:w="634"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66BB5B34" w14:textId="77777777" w:rsidR="00852D9B" w:rsidRDefault="00000000">
            <w:pPr>
              <w:spacing w:after="0" w:line="247" w:lineRule="auto"/>
            </w:pPr>
            <w:r>
              <w:rPr>
                <w:b/>
                <w:color w:val="13547E"/>
                <w:sz w:val="20"/>
              </w:rPr>
              <w:t>Yes</w:t>
            </w:r>
          </w:p>
        </w:tc>
        <w:tc>
          <w:tcPr>
            <w:tcW w:w="634"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3CA6CBA2" w14:textId="77777777" w:rsidR="00852D9B" w:rsidRDefault="00000000">
            <w:pPr>
              <w:spacing w:after="0" w:line="247" w:lineRule="auto"/>
            </w:pPr>
            <w:r>
              <w:rPr>
                <w:b/>
                <w:color w:val="13547E"/>
                <w:sz w:val="20"/>
              </w:rPr>
              <w:t>No</w:t>
            </w:r>
          </w:p>
        </w:tc>
      </w:tr>
      <w:tr w:rsidR="00852D9B" w14:paraId="4B350C48"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0ABACD2" w14:textId="77777777" w:rsidR="00852D9B" w:rsidRDefault="00000000">
            <w:pPr>
              <w:spacing w:after="0" w:line="247" w:lineRule="auto"/>
            </w:pPr>
            <w:r>
              <w:rPr>
                <w:color w:val="1C1C1C"/>
                <w:sz w:val="20"/>
              </w:rPr>
              <w:t>4. Are you aware of any pending zoning changes, redevelopment or nearby major construction that might affect your business?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511C6EF"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609A613" w14:textId="77777777" w:rsidR="00852D9B" w:rsidRDefault="00000000">
            <w:pPr>
              <w:spacing w:after="0" w:line="247" w:lineRule="auto"/>
              <w:jc w:val="center"/>
            </w:pPr>
            <w:r>
              <w:rPr>
                <w:color w:val="1C1C1C"/>
                <w:sz w:val="22"/>
              </w:rPr>
              <w:t>☐</w:t>
            </w:r>
          </w:p>
        </w:tc>
      </w:tr>
    </w:tbl>
    <w:p w14:paraId="1E1C1B38" w14:textId="77777777" w:rsidR="00852D9B" w:rsidRDefault="00000000">
      <w:pPr>
        <w:spacing w:after="80" w:line="259" w:lineRule="auto"/>
      </w:pPr>
      <w:r>
        <w:rPr>
          <w:color w:val="1C1C1C"/>
        </w:rPr>
        <w:t>Does the business have any of the following?</w:t>
      </w:r>
    </w:p>
    <w:tbl>
      <w:tblPr>
        <w:tblW w:w="0" w:type="auto"/>
        <w:tblLayout w:type="fixed"/>
        <w:tblLook w:val="04A0" w:firstRow="1" w:lastRow="0" w:firstColumn="1" w:lastColumn="0" w:noHBand="0" w:noVBand="1"/>
      </w:tblPr>
      <w:tblGrid>
        <w:gridCol w:w="9965"/>
        <w:gridCol w:w="634"/>
        <w:gridCol w:w="634"/>
      </w:tblGrid>
      <w:tr w:rsidR="00852D9B" w14:paraId="69CC1296" w14:textId="77777777">
        <w:trPr>
          <w:cantSplit/>
          <w:tblHeader/>
        </w:trPr>
        <w:tc>
          <w:tcPr>
            <w:tcW w:w="9965"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374CEE8A" w14:textId="77777777" w:rsidR="00852D9B" w:rsidRDefault="00000000">
            <w:pPr>
              <w:spacing w:after="0" w:line="247" w:lineRule="auto"/>
            </w:pPr>
            <w:r>
              <w:rPr>
                <w:b/>
                <w:color w:val="13547E"/>
                <w:sz w:val="20"/>
              </w:rPr>
              <w:t>C. Legal Considerations</w:t>
            </w:r>
          </w:p>
        </w:tc>
        <w:tc>
          <w:tcPr>
            <w:tcW w:w="634"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1D67EAA5" w14:textId="77777777" w:rsidR="00852D9B" w:rsidRDefault="00000000">
            <w:pPr>
              <w:spacing w:after="0" w:line="247" w:lineRule="auto"/>
            </w:pPr>
            <w:r>
              <w:rPr>
                <w:b/>
                <w:color w:val="13547E"/>
                <w:sz w:val="20"/>
              </w:rPr>
              <w:t>Yes</w:t>
            </w:r>
          </w:p>
        </w:tc>
        <w:tc>
          <w:tcPr>
            <w:tcW w:w="634"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36A16C7F" w14:textId="77777777" w:rsidR="00852D9B" w:rsidRDefault="00000000">
            <w:pPr>
              <w:spacing w:after="0" w:line="247" w:lineRule="auto"/>
            </w:pPr>
            <w:r>
              <w:rPr>
                <w:b/>
                <w:color w:val="13547E"/>
                <w:sz w:val="20"/>
              </w:rPr>
              <w:t>No</w:t>
            </w:r>
          </w:p>
        </w:tc>
      </w:tr>
      <w:tr w:rsidR="00852D9B" w14:paraId="5CC87DB6"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4F1E526" w14:textId="77777777" w:rsidR="00852D9B" w:rsidRDefault="00000000">
            <w:pPr>
              <w:spacing w:after="0" w:line="247" w:lineRule="auto"/>
            </w:pPr>
            <w:r>
              <w:rPr>
                <w:color w:val="1C1C1C"/>
                <w:sz w:val="20"/>
              </w:rPr>
              <w:t>1. Union or other employment agreements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EF0C8C8"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65382A9" w14:textId="77777777" w:rsidR="00852D9B" w:rsidRDefault="00000000">
            <w:pPr>
              <w:spacing w:after="0" w:line="247" w:lineRule="auto"/>
              <w:jc w:val="center"/>
            </w:pPr>
            <w:r>
              <w:rPr>
                <w:color w:val="1C1C1C"/>
                <w:sz w:val="22"/>
              </w:rPr>
              <w:t>☐</w:t>
            </w:r>
          </w:p>
        </w:tc>
      </w:tr>
      <w:tr w:rsidR="00852D9B" w14:paraId="6B761D61"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128B93AD" w14:textId="77777777" w:rsidR="00852D9B" w:rsidRDefault="00000000">
            <w:pPr>
              <w:spacing w:after="0" w:line="247" w:lineRule="auto"/>
            </w:pPr>
            <w:r>
              <w:rPr>
                <w:color w:val="1C1C1C"/>
                <w:sz w:val="20"/>
              </w:rPr>
              <w:t>2. Employee stock ownership plan (ESOP)</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0FACFE2F"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AA01C99" w14:textId="77777777" w:rsidR="00852D9B" w:rsidRDefault="00000000">
            <w:pPr>
              <w:spacing w:after="0" w:line="247" w:lineRule="auto"/>
              <w:jc w:val="center"/>
            </w:pPr>
            <w:r>
              <w:rPr>
                <w:color w:val="1C1C1C"/>
                <w:sz w:val="22"/>
              </w:rPr>
              <w:t>☐</w:t>
            </w:r>
          </w:p>
        </w:tc>
      </w:tr>
      <w:tr w:rsidR="00852D9B" w14:paraId="057A569B"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D51FF8F" w14:textId="77777777" w:rsidR="00852D9B" w:rsidRDefault="00000000">
            <w:pPr>
              <w:spacing w:after="0" w:line="247" w:lineRule="auto"/>
            </w:pPr>
            <w:r>
              <w:rPr>
                <w:color w:val="1C1C1C"/>
                <w:sz w:val="20"/>
              </w:rPr>
              <w:t>3. Unfunded pension liabilities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DC5EB63"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6CE41805" w14:textId="77777777" w:rsidR="00852D9B" w:rsidRDefault="00000000">
            <w:pPr>
              <w:spacing w:after="0" w:line="247" w:lineRule="auto"/>
              <w:jc w:val="center"/>
            </w:pPr>
            <w:r>
              <w:rPr>
                <w:color w:val="1C1C1C"/>
                <w:sz w:val="22"/>
              </w:rPr>
              <w:t>☐</w:t>
            </w:r>
          </w:p>
        </w:tc>
      </w:tr>
      <w:tr w:rsidR="00852D9B" w14:paraId="51CF6769"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159233E" w14:textId="77777777" w:rsidR="00852D9B" w:rsidRDefault="00000000">
            <w:pPr>
              <w:spacing w:after="0" w:line="247" w:lineRule="auto"/>
            </w:pPr>
            <w:r>
              <w:rPr>
                <w:color w:val="1C1C1C"/>
                <w:sz w:val="20"/>
              </w:rPr>
              <w:t>4. Back wages or claims for same</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13A9DE70"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6C72B27" w14:textId="77777777" w:rsidR="00852D9B" w:rsidRDefault="00000000">
            <w:pPr>
              <w:spacing w:after="0" w:line="247" w:lineRule="auto"/>
              <w:jc w:val="center"/>
            </w:pPr>
            <w:r>
              <w:rPr>
                <w:color w:val="1C1C1C"/>
                <w:sz w:val="22"/>
              </w:rPr>
              <w:t>☐</w:t>
            </w:r>
          </w:p>
        </w:tc>
      </w:tr>
      <w:tr w:rsidR="00852D9B" w14:paraId="6348CAA9"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1CBF04BC" w14:textId="77777777" w:rsidR="00852D9B" w:rsidRDefault="00000000">
            <w:pPr>
              <w:spacing w:after="0" w:line="247" w:lineRule="auto"/>
            </w:pPr>
            <w:r>
              <w:rPr>
                <w:color w:val="1C1C1C"/>
                <w:sz w:val="20"/>
              </w:rPr>
              <w:t>5. Unpaid medical or insurance premiums ____</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67254EC0"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1D4B0D45" w14:textId="77777777" w:rsidR="00852D9B" w:rsidRDefault="00000000">
            <w:pPr>
              <w:spacing w:after="0" w:line="247" w:lineRule="auto"/>
              <w:jc w:val="center"/>
            </w:pPr>
            <w:r>
              <w:rPr>
                <w:color w:val="1C1C1C"/>
                <w:sz w:val="22"/>
              </w:rPr>
              <w:t>☐</w:t>
            </w:r>
          </w:p>
        </w:tc>
      </w:tr>
      <w:tr w:rsidR="00852D9B" w14:paraId="29F8CC3C"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A9390E1" w14:textId="77777777" w:rsidR="00852D9B" w:rsidRDefault="00000000">
            <w:pPr>
              <w:spacing w:after="0" w:line="247" w:lineRule="auto"/>
            </w:pPr>
            <w:r>
              <w:rPr>
                <w:color w:val="1C1C1C"/>
                <w:sz w:val="20"/>
              </w:rPr>
              <w:t>6. Lease agreements (other than the premises)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0A29FFA1"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08406895" w14:textId="77777777" w:rsidR="00852D9B" w:rsidRDefault="00000000">
            <w:pPr>
              <w:spacing w:after="0" w:line="247" w:lineRule="auto"/>
              <w:jc w:val="center"/>
            </w:pPr>
            <w:r>
              <w:rPr>
                <w:color w:val="1C1C1C"/>
                <w:sz w:val="22"/>
              </w:rPr>
              <w:t>☐</w:t>
            </w:r>
          </w:p>
        </w:tc>
      </w:tr>
      <w:tr w:rsidR="00852D9B" w14:paraId="1E974DA3"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8BFE4CD" w14:textId="77777777" w:rsidR="00852D9B" w:rsidRDefault="00000000">
            <w:pPr>
              <w:spacing w:after="0" w:line="247" w:lineRule="auto"/>
            </w:pPr>
            <w:r>
              <w:rPr>
                <w:color w:val="1C1C1C"/>
                <w:sz w:val="20"/>
              </w:rPr>
              <w:t>7. Equipment maintenance agreements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04B95F7F"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6914880" w14:textId="77777777" w:rsidR="00852D9B" w:rsidRDefault="00000000">
            <w:pPr>
              <w:spacing w:after="0" w:line="247" w:lineRule="auto"/>
              <w:jc w:val="center"/>
            </w:pPr>
            <w:r>
              <w:rPr>
                <w:color w:val="1C1C1C"/>
                <w:sz w:val="22"/>
              </w:rPr>
              <w:t>☐</w:t>
            </w:r>
          </w:p>
        </w:tc>
      </w:tr>
      <w:tr w:rsidR="00852D9B" w14:paraId="6C3EB800"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D8A38B6" w14:textId="77777777" w:rsidR="00852D9B" w:rsidRDefault="00000000">
            <w:pPr>
              <w:spacing w:after="0" w:line="247" w:lineRule="auto"/>
            </w:pPr>
            <w:r>
              <w:rPr>
                <w:color w:val="1C1C1C"/>
                <w:sz w:val="20"/>
              </w:rPr>
              <w:t>8. Advertising contracts (including Yellow Pages)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AAE776F"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0228A496" w14:textId="77777777" w:rsidR="00852D9B" w:rsidRDefault="00000000">
            <w:pPr>
              <w:spacing w:after="0" w:line="247" w:lineRule="auto"/>
              <w:jc w:val="center"/>
            </w:pPr>
            <w:r>
              <w:rPr>
                <w:color w:val="1C1C1C"/>
                <w:sz w:val="22"/>
              </w:rPr>
              <w:t>☐</w:t>
            </w:r>
          </w:p>
        </w:tc>
      </w:tr>
      <w:tr w:rsidR="00852D9B" w14:paraId="077C8A87"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D25C9F8" w14:textId="77777777" w:rsidR="00852D9B" w:rsidRDefault="00000000">
            <w:pPr>
              <w:spacing w:after="0" w:line="247" w:lineRule="auto"/>
            </w:pPr>
            <w:r>
              <w:rPr>
                <w:color w:val="1C1C1C"/>
                <w:sz w:val="20"/>
              </w:rPr>
              <w:t>9. Outstanding contracts or agreements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6DC20423"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72592C6" w14:textId="77777777" w:rsidR="00852D9B" w:rsidRDefault="00000000">
            <w:pPr>
              <w:spacing w:after="0" w:line="247" w:lineRule="auto"/>
              <w:jc w:val="center"/>
            </w:pPr>
            <w:r>
              <w:rPr>
                <w:color w:val="1C1C1C"/>
                <w:sz w:val="22"/>
              </w:rPr>
              <w:t>☐</w:t>
            </w:r>
          </w:p>
        </w:tc>
      </w:tr>
      <w:tr w:rsidR="00852D9B" w14:paraId="5E030DB3"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FDB134A" w14:textId="77777777" w:rsidR="00852D9B" w:rsidRDefault="00000000">
            <w:pPr>
              <w:spacing w:after="0" w:line="247" w:lineRule="auto"/>
            </w:pPr>
            <w:r>
              <w:rPr>
                <w:color w:val="1C1C1C"/>
                <w:sz w:val="20"/>
              </w:rPr>
              <w:t>10. Pending litigation</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27FEB35"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06F0442" w14:textId="77777777" w:rsidR="00852D9B" w:rsidRDefault="00000000">
            <w:pPr>
              <w:spacing w:after="0" w:line="247" w:lineRule="auto"/>
              <w:jc w:val="center"/>
            </w:pPr>
            <w:r>
              <w:rPr>
                <w:color w:val="1C1C1C"/>
                <w:sz w:val="22"/>
              </w:rPr>
              <w:t>☐</w:t>
            </w:r>
          </w:p>
        </w:tc>
      </w:tr>
      <w:tr w:rsidR="00852D9B" w14:paraId="69C59178"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6316EEF" w14:textId="77777777" w:rsidR="00852D9B" w:rsidRDefault="00000000">
            <w:pPr>
              <w:spacing w:after="0" w:line="247" w:lineRule="auto"/>
            </w:pPr>
            <w:r>
              <w:rPr>
                <w:color w:val="1C1C1C"/>
                <w:sz w:val="20"/>
              </w:rPr>
              <w:t>11. Unresolved insurance claims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17997AD"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0BC7AF3" w14:textId="77777777" w:rsidR="00852D9B" w:rsidRDefault="00000000">
            <w:pPr>
              <w:spacing w:after="0" w:line="247" w:lineRule="auto"/>
              <w:jc w:val="center"/>
            </w:pPr>
            <w:r>
              <w:rPr>
                <w:color w:val="1C1C1C"/>
                <w:sz w:val="22"/>
              </w:rPr>
              <w:t>☐</w:t>
            </w:r>
          </w:p>
        </w:tc>
      </w:tr>
      <w:tr w:rsidR="00852D9B" w14:paraId="01D5C651"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B6A9696" w14:textId="77777777" w:rsidR="00852D9B" w:rsidRDefault="00000000">
            <w:pPr>
              <w:spacing w:after="0" w:line="247" w:lineRule="auto"/>
            </w:pPr>
            <w:r>
              <w:rPr>
                <w:color w:val="1C1C1C"/>
                <w:sz w:val="20"/>
              </w:rPr>
              <w:t>12. Product liability exposure</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31FEB36"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1A8F2D9E" w14:textId="77777777" w:rsidR="00852D9B" w:rsidRDefault="00000000">
            <w:pPr>
              <w:spacing w:after="0" w:line="247" w:lineRule="auto"/>
              <w:jc w:val="center"/>
            </w:pPr>
            <w:r>
              <w:rPr>
                <w:color w:val="1C1C1C"/>
                <w:sz w:val="22"/>
              </w:rPr>
              <w:t>☐</w:t>
            </w:r>
          </w:p>
        </w:tc>
      </w:tr>
      <w:tr w:rsidR="00852D9B" w14:paraId="195814A8"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0125C295" w14:textId="77777777" w:rsidR="00852D9B" w:rsidRDefault="00000000">
            <w:pPr>
              <w:spacing w:after="0" w:line="247" w:lineRule="auto"/>
            </w:pPr>
            <w:r>
              <w:rPr>
                <w:color w:val="1C1C1C"/>
                <w:sz w:val="20"/>
              </w:rPr>
              <w:t>13. Customer warranty obligations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0A6879A"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FACF5A2" w14:textId="77777777" w:rsidR="00852D9B" w:rsidRDefault="00000000">
            <w:pPr>
              <w:spacing w:after="0" w:line="247" w:lineRule="auto"/>
              <w:jc w:val="center"/>
            </w:pPr>
            <w:r>
              <w:rPr>
                <w:color w:val="1C1C1C"/>
                <w:sz w:val="22"/>
              </w:rPr>
              <w:t>☐</w:t>
            </w:r>
          </w:p>
        </w:tc>
      </w:tr>
      <w:tr w:rsidR="00852D9B" w14:paraId="6C23A4FE"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631D2B79" w14:textId="77777777" w:rsidR="00852D9B" w:rsidRDefault="00000000">
            <w:pPr>
              <w:spacing w:after="0" w:line="247" w:lineRule="auto"/>
            </w:pPr>
            <w:r>
              <w:rPr>
                <w:color w:val="1C1C1C"/>
                <w:sz w:val="20"/>
              </w:rPr>
              <w:t>14. Tax or Workman’s Compensation refunds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119B4DE"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023CA8C8" w14:textId="77777777" w:rsidR="00852D9B" w:rsidRDefault="00000000">
            <w:pPr>
              <w:spacing w:after="0" w:line="247" w:lineRule="auto"/>
              <w:jc w:val="center"/>
            </w:pPr>
            <w:r>
              <w:rPr>
                <w:color w:val="1C1C1C"/>
                <w:sz w:val="22"/>
              </w:rPr>
              <w:t>☐</w:t>
            </w:r>
          </w:p>
        </w:tc>
      </w:tr>
      <w:tr w:rsidR="00852D9B" w14:paraId="2174AE77"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E7DA827" w14:textId="77777777" w:rsidR="00852D9B" w:rsidRDefault="00000000">
            <w:pPr>
              <w:spacing w:after="0" w:line="247" w:lineRule="auto"/>
            </w:pPr>
            <w:r>
              <w:rPr>
                <w:color w:val="1C1C1C"/>
                <w:sz w:val="20"/>
              </w:rPr>
              <w:t>15. Anticipated supplier rebates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5A89E96"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0D89FBB" w14:textId="77777777" w:rsidR="00852D9B" w:rsidRDefault="00000000">
            <w:pPr>
              <w:spacing w:after="0" w:line="247" w:lineRule="auto"/>
              <w:jc w:val="center"/>
            </w:pPr>
            <w:r>
              <w:rPr>
                <w:color w:val="1C1C1C"/>
                <w:sz w:val="22"/>
              </w:rPr>
              <w:t>☐</w:t>
            </w:r>
          </w:p>
        </w:tc>
      </w:tr>
    </w:tbl>
    <w:p w14:paraId="1051F91A" w14:textId="77777777" w:rsidR="00852D9B" w:rsidRDefault="00000000">
      <w:pPr>
        <w:spacing w:after="180" w:line="259" w:lineRule="auto"/>
        <w:jc w:val="right"/>
      </w:pPr>
      <w:r>
        <w:rPr>
          <w:b/>
          <w:color w:val="808080"/>
          <w:sz w:val="20"/>
        </w:rPr>
        <w:t>Listing Number: __________________</w:t>
      </w:r>
    </w:p>
    <w:p w14:paraId="33CE19E9" w14:textId="77777777" w:rsidR="00852D9B" w:rsidRDefault="00000000">
      <w:pPr>
        <w:pStyle w:val="Title"/>
        <w:pBdr>
          <w:top w:val="single" w:sz="22" w:space="5" w:color="00B050"/>
          <w:bottom w:val="single" w:sz="22" w:space="5" w:color="00B050"/>
        </w:pBdr>
        <w:spacing w:after="200" w:line="259" w:lineRule="auto"/>
        <w:jc w:val="center"/>
      </w:pPr>
      <w:r>
        <w:rPr>
          <w:rFonts w:ascii="Calibri" w:hAnsi="Calibri"/>
          <w:b/>
          <w:color w:val="13547E"/>
          <w:sz w:val="46"/>
        </w:rPr>
        <w:lastRenderedPageBreak/>
        <w:t>SELLER’S DISCLOSURE STATEMENT</w:t>
      </w:r>
    </w:p>
    <w:tbl>
      <w:tblPr>
        <w:tblW w:w="0" w:type="auto"/>
        <w:tblLayout w:type="fixed"/>
        <w:tblLook w:val="04A0" w:firstRow="1" w:lastRow="0" w:firstColumn="1" w:lastColumn="0" w:noHBand="0" w:noVBand="1"/>
      </w:tblPr>
      <w:tblGrid>
        <w:gridCol w:w="9965"/>
        <w:gridCol w:w="634"/>
        <w:gridCol w:w="634"/>
      </w:tblGrid>
      <w:tr w:rsidR="00852D9B" w14:paraId="4B2E3B69" w14:textId="77777777">
        <w:trPr>
          <w:cantSplit/>
          <w:tblHeader/>
        </w:trPr>
        <w:tc>
          <w:tcPr>
            <w:tcW w:w="9965"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04C4D3B8" w14:textId="77777777" w:rsidR="00852D9B" w:rsidRDefault="00000000">
            <w:pPr>
              <w:spacing w:after="0" w:line="247" w:lineRule="auto"/>
            </w:pPr>
            <w:r>
              <w:rPr>
                <w:b/>
                <w:color w:val="13547E"/>
                <w:sz w:val="20"/>
              </w:rPr>
              <w:t>D. Other</w:t>
            </w:r>
          </w:p>
        </w:tc>
        <w:tc>
          <w:tcPr>
            <w:tcW w:w="634"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0DFAE5AE" w14:textId="77777777" w:rsidR="00852D9B" w:rsidRDefault="00000000">
            <w:pPr>
              <w:spacing w:after="0" w:line="247" w:lineRule="auto"/>
            </w:pPr>
            <w:r>
              <w:rPr>
                <w:b/>
                <w:color w:val="13547E"/>
                <w:sz w:val="20"/>
              </w:rPr>
              <w:t>Yes</w:t>
            </w:r>
          </w:p>
        </w:tc>
        <w:tc>
          <w:tcPr>
            <w:tcW w:w="634" w:type="dxa"/>
            <w:tcBorders>
              <w:top w:val="single" w:sz="4" w:space="0" w:color="D9D9D9"/>
              <w:left w:val="single" w:sz="4" w:space="0" w:color="D9D9D9"/>
              <w:bottom w:val="single" w:sz="4" w:space="0" w:color="D9D9D9"/>
              <w:right w:val="single" w:sz="4" w:space="0" w:color="D9D9D9"/>
            </w:tcBorders>
            <w:shd w:val="clear" w:color="auto" w:fill="E7F1F3"/>
            <w:tcMar>
              <w:top w:w="45" w:type="dxa"/>
              <w:left w:w="60" w:type="dxa"/>
              <w:bottom w:w="45" w:type="dxa"/>
              <w:right w:w="60" w:type="dxa"/>
            </w:tcMar>
            <w:vAlign w:val="center"/>
          </w:tcPr>
          <w:p w14:paraId="6D4A01A6" w14:textId="77777777" w:rsidR="00852D9B" w:rsidRDefault="00000000">
            <w:pPr>
              <w:spacing w:after="0" w:line="247" w:lineRule="auto"/>
            </w:pPr>
            <w:r>
              <w:rPr>
                <w:b/>
                <w:color w:val="13547E"/>
                <w:sz w:val="20"/>
              </w:rPr>
              <w:t>No</w:t>
            </w:r>
          </w:p>
        </w:tc>
      </w:tr>
      <w:tr w:rsidR="00852D9B" w14:paraId="06C895B5"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7A9F998" w14:textId="77777777" w:rsidR="00852D9B" w:rsidRDefault="00000000">
            <w:pPr>
              <w:spacing w:after="0" w:line="247" w:lineRule="auto"/>
            </w:pPr>
            <w:r>
              <w:rPr>
                <w:color w:val="1C1C1C"/>
                <w:sz w:val="20"/>
              </w:rPr>
              <w:t>1. Are there any other facts or conditions not disclosed above that may adversely affect the operation of the business or a buyer’s decision to purchase?</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ED91CE0"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4A35A35A" w14:textId="77777777" w:rsidR="00852D9B" w:rsidRDefault="00000000">
            <w:pPr>
              <w:spacing w:after="0" w:line="247" w:lineRule="auto"/>
              <w:jc w:val="center"/>
            </w:pPr>
            <w:r>
              <w:rPr>
                <w:color w:val="1C1C1C"/>
                <w:sz w:val="22"/>
              </w:rPr>
              <w:t>☐</w:t>
            </w:r>
          </w:p>
        </w:tc>
      </w:tr>
      <w:tr w:rsidR="00852D9B" w14:paraId="7B1DADD6"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823E458" w14:textId="77777777" w:rsidR="00852D9B" w:rsidRDefault="00000000">
            <w:pPr>
              <w:spacing w:after="0" w:line="247" w:lineRule="auto"/>
            </w:pPr>
            <w:r>
              <w:rPr>
                <w:color w:val="1C1C1C"/>
                <w:sz w:val="20"/>
              </w:rPr>
              <w:t>2. During the past two years, were there any significant sales or sales within a category which were substantial in aggregate and which are not likely to repeat within the next two years? If so, please identify listing customer(s) and amounts.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3FBE885"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2142D61" w14:textId="77777777" w:rsidR="00852D9B" w:rsidRDefault="00000000">
            <w:pPr>
              <w:spacing w:after="0" w:line="247" w:lineRule="auto"/>
              <w:jc w:val="center"/>
            </w:pPr>
            <w:r>
              <w:rPr>
                <w:color w:val="1C1C1C"/>
                <w:sz w:val="22"/>
              </w:rPr>
              <w:t>☐</w:t>
            </w:r>
          </w:p>
        </w:tc>
      </w:tr>
      <w:tr w:rsidR="00852D9B" w14:paraId="1B670EEB"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CA2F583" w14:textId="77777777" w:rsidR="00852D9B" w:rsidRDefault="00000000">
            <w:pPr>
              <w:spacing w:after="0" w:line="247" w:lineRule="auto"/>
            </w:pPr>
            <w:r>
              <w:rPr>
                <w:color w:val="1C1C1C"/>
                <w:sz w:val="20"/>
              </w:rPr>
              <w:t>3. Did you receive PPP Funds?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2B1655A"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A8A0176" w14:textId="77777777" w:rsidR="00852D9B" w:rsidRDefault="00000000">
            <w:pPr>
              <w:spacing w:after="0" w:line="247" w:lineRule="auto"/>
              <w:jc w:val="center"/>
            </w:pPr>
            <w:r>
              <w:rPr>
                <w:color w:val="1C1C1C"/>
                <w:sz w:val="22"/>
              </w:rPr>
              <w:t>☐</w:t>
            </w:r>
          </w:p>
        </w:tc>
      </w:tr>
      <w:tr w:rsidR="00852D9B" w14:paraId="2FBCAF9E"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5BB41B5F" w14:textId="77777777" w:rsidR="00852D9B" w:rsidRDefault="00000000">
            <w:pPr>
              <w:spacing w:after="0" w:line="247" w:lineRule="auto"/>
            </w:pPr>
            <w:r>
              <w:rPr>
                <w:color w:val="1C1C1C"/>
                <w:sz w:val="20"/>
              </w:rPr>
              <w:t>4. Did you receive EIDL Funds?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278AE8B9"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170ED98D" w14:textId="77777777" w:rsidR="00852D9B" w:rsidRDefault="00000000">
            <w:pPr>
              <w:spacing w:after="0" w:line="247" w:lineRule="auto"/>
              <w:jc w:val="center"/>
            </w:pPr>
            <w:r>
              <w:rPr>
                <w:color w:val="1C1C1C"/>
                <w:sz w:val="22"/>
              </w:rPr>
              <w:t>☐</w:t>
            </w:r>
          </w:p>
        </w:tc>
      </w:tr>
      <w:tr w:rsidR="00852D9B" w14:paraId="652454FC" w14:textId="77777777">
        <w:trPr>
          <w:cantSplit/>
        </w:trPr>
        <w:tc>
          <w:tcPr>
            <w:tcW w:w="9965"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4AA1F7B" w14:textId="77777777" w:rsidR="00852D9B" w:rsidRDefault="00000000">
            <w:pPr>
              <w:spacing w:after="0" w:line="247" w:lineRule="auto"/>
            </w:pPr>
            <w:r>
              <w:rPr>
                <w:color w:val="1C1C1C"/>
                <w:sz w:val="20"/>
              </w:rPr>
              <w:t>5. Did you receive ERC or Employee Retention Credits?</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3D869EC8" w14:textId="77777777" w:rsidR="00852D9B" w:rsidRDefault="00000000">
            <w:pPr>
              <w:spacing w:after="0" w:line="247" w:lineRule="auto"/>
              <w:jc w:val="center"/>
            </w:pPr>
            <w:r>
              <w:rPr>
                <w:color w:val="1C1C1C"/>
                <w:sz w:val="22"/>
              </w:rPr>
              <w:t>☐</w:t>
            </w:r>
          </w:p>
        </w:tc>
        <w:tc>
          <w:tcPr>
            <w:tcW w:w="634" w:type="dxa"/>
            <w:tcBorders>
              <w:top w:val="single" w:sz="4" w:space="0" w:color="D9D9D9"/>
              <w:left w:val="single" w:sz="4" w:space="0" w:color="D9D9D9"/>
              <w:bottom w:val="single" w:sz="4" w:space="0" w:color="D9D9D9"/>
              <w:right w:val="single" w:sz="4" w:space="0" w:color="D9D9D9"/>
            </w:tcBorders>
            <w:tcMar>
              <w:top w:w="45" w:type="dxa"/>
              <w:left w:w="60" w:type="dxa"/>
              <w:bottom w:w="45" w:type="dxa"/>
              <w:right w:w="60" w:type="dxa"/>
            </w:tcMar>
            <w:vAlign w:val="center"/>
          </w:tcPr>
          <w:p w14:paraId="7086241D" w14:textId="77777777" w:rsidR="00852D9B" w:rsidRDefault="00000000">
            <w:pPr>
              <w:spacing w:after="0" w:line="247" w:lineRule="auto"/>
              <w:jc w:val="center"/>
            </w:pPr>
            <w:r>
              <w:rPr>
                <w:color w:val="1C1C1C"/>
                <w:sz w:val="22"/>
              </w:rPr>
              <w:t>☐</w:t>
            </w:r>
          </w:p>
        </w:tc>
      </w:tr>
    </w:tbl>
    <w:p w14:paraId="3DDD2954" w14:textId="77777777" w:rsidR="00852D9B" w:rsidRDefault="00852D9B">
      <w:pPr>
        <w:spacing w:after="20" w:line="259" w:lineRule="auto"/>
      </w:pPr>
    </w:p>
    <w:p w14:paraId="688756ED" w14:textId="77777777" w:rsidR="00852D9B" w:rsidRDefault="00000000">
      <w:pPr>
        <w:spacing w:after="240" w:line="259" w:lineRule="auto"/>
      </w:pPr>
      <w:r>
        <w:rPr>
          <w:b/>
          <w:color w:val="1C1C1C"/>
          <w:sz w:val="20"/>
        </w:rPr>
        <w:t>IF YOU HAVE ANSWERED YES TO ANY OF THE ABOVE QUESTIONS, EXCEPT QUESTION #A3, PLEASE ATTACH A COMPLETE EXPLANATION</w:t>
      </w:r>
    </w:p>
    <w:p w14:paraId="2B1EB304" w14:textId="77777777" w:rsidR="00852D9B" w:rsidRDefault="00000000">
      <w:pPr>
        <w:spacing w:after="140" w:line="259" w:lineRule="auto"/>
      </w:pPr>
      <w:r>
        <w:rPr>
          <w:b/>
          <w:color w:val="1C1C1C"/>
          <w:sz w:val="22"/>
        </w:rPr>
        <w:t>SELLER(S)</w:t>
      </w:r>
    </w:p>
    <w:p w14:paraId="53C67007" w14:textId="77777777" w:rsidR="00852D9B" w:rsidRDefault="00000000">
      <w:pPr>
        <w:spacing w:after="180" w:line="259" w:lineRule="auto"/>
      </w:pPr>
      <w:r>
        <w:rPr>
          <w:color w:val="1C1C1C"/>
          <w:sz w:val="20"/>
        </w:rPr>
        <w:t>Name __________________________Date ______ Name __________________________Date ______</w:t>
      </w:r>
    </w:p>
    <w:p w14:paraId="7EC492A2" w14:textId="77777777" w:rsidR="00852D9B" w:rsidRDefault="00000000">
      <w:pPr>
        <w:spacing w:after="180" w:line="259" w:lineRule="auto"/>
      </w:pPr>
      <w:r>
        <w:rPr>
          <w:color w:val="1C1C1C"/>
          <w:sz w:val="20"/>
        </w:rPr>
        <w:t>Corporation _______________________________ Date ___________________</w:t>
      </w:r>
    </w:p>
    <w:p w14:paraId="563A45BD" w14:textId="77777777" w:rsidR="00852D9B" w:rsidRDefault="00000000">
      <w:pPr>
        <w:spacing w:after="180" w:line="259" w:lineRule="auto"/>
      </w:pPr>
      <w:r>
        <w:rPr>
          <w:color w:val="1C1C1C"/>
          <w:sz w:val="20"/>
        </w:rPr>
        <w:t>by: ______________________________________ Title</w:t>
      </w:r>
    </w:p>
    <w:p w14:paraId="14924B4A" w14:textId="77777777" w:rsidR="00852D9B" w:rsidRDefault="00000000">
      <w:pPr>
        <w:spacing w:after="180" w:line="259" w:lineRule="auto"/>
      </w:pPr>
      <w:r>
        <w:rPr>
          <w:b/>
          <w:color w:val="1C1C1C"/>
          <w:sz w:val="20"/>
        </w:rPr>
        <w:t>BY INITIALING BELOW, SELLER(S) CERTIFIES THAT THE ABOVE INFORMATION HE HAS PROVIDED IS TRUE AND CORRECT AND ACKNOWLEDGES RECEIPT OF A COPY OF THIS DISCLOSURE STATEMENT.</w:t>
      </w:r>
    </w:p>
    <w:p w14:paraId="4B5F1160" w14:textId="77777777" w:rsidR="00852D9B" w:rsidRDefault="00000000">
      <w:pPr>
        <w:spacing w:after="200" w:line="259" w:lineRule="auto"/>
      </w:pPr>
      <w:r>
        <w:rPr>
          <w:color w:val="1C1C1C"/>
          <w:sz w:val="20"/>
        </w:rPr>
        <w:t>_____________________________________    ____________    ____________</w:t>
      </w:r>
      <w:r>
        <w:rPr>
          <w:color w:val="1C1C1C"/>
          <w:sz w:val="20"/>
        </w:rPr>
        <w:br/>
        <w:t xml:space="preserve">                                                                                      Initial                       Date</w:t>
      </w:r>
    </w:p>
    <w:p w14:paraId="192A7242" w14:textId="77777777" w:rsidR="00852D9B" w:rsidRDefault="00000000">
      <w:pPr>
        <w:spacing w:after="200" w:line="259" w:lineRule="auto"/>
      </w:pPr>
      <w:r>
        <w:rPr>
          <w:color w:val="1C1C1C"/>
          <w:sz w:val="20"/>
        </w:rPr>
        <w:t>_____________________________________    ____________    ____________</w:t>
      </w:r>
      <w:r>
        <w:rPr>
          <w:color w:val="1C1C1C"/>
          <w:sz w:val="20"/>
        </w:rPr>
        <w:br/>
        <w:t xml:space="preserve">                                                                                      Initial                       Date</w:t>
      </w:r>
    </w:p>
    <w:p w14:paraId="0C6E146A" w14:textId="77777777" w:rsidR="00852D9B" w:rsidRDefault="00000000">
      <w:pPr>
        <w:spacing w:after="180" w:line="259" w:lineRule="auto"/>
      </w:pPr>
      <w:r>
        <w:rPr>
          <w:b/>
          <w:color w:val="1C1C1C"/>
          <w:sz w:val="20"/>
        </w:rPr>
        <w:t>BY INITIALING BELOW, BUYER(S) ACKNOWLEDGES RECEIPT AND APPROVAL OF THIS DISCLOSURE STATEMENT SIGNED BY THE SELLER (S).</w:t>
      </w:r>
    </w:p>
    <w:p w14:paraId="7611D017" w14:textId="77777777" w:rsidR="00852D9B" w:rsidRDefault="00000000">
      <w:pPr>
        <w:spacing w:after="200" w:line="259" w:lineRule="auto"/>
      </w:pPr>
      <w:r>
        <w:rPr>
          <w:color w:val="1C1C1C"/>
          <w:sz w:val="20"/>
        </w:rPr>
        <w:t>_____________________________________    ____________    ____________</w:t>
      </w:r>
      <w:r>
        <w:rPr>
          <w:color w:val="1C1C1C"/>
          <w:sz w:val="20"/>
        </w:rPr>
        <w:br/>
        <w:t xml:space="preserve">                                                                                      Initial                       Date</w:t>
      </w:r>
    </w:p>
    <w:p w14:paraId="2468FB4B" w14:textId="77777777" w:rsidR="00852D9B" w:rsidRDefault="00000000">
      <w:pPr>
        <w:spacing w:after="200" w:line="259" w:lineRule="auto"/>
      </w:pPr>
      <w:r>
        <w:rPr>
          <w:color w:val="1C1C1C"/>
          <w:sz w:val="20"/>
        </w:rPr>
        <w:t>_____________________________________    ____________    ____________</w:t>
      </w:r>
      <w:r>
        <w:rPr>
          <w:color w:val="1C1C1C"/>
          <w:sz w:val="20"/>
        </w:rPr>
        <w:br/>
        <w:t xml:space="preserve">                                                                                      Initial                       Date</w:t>
      </w:r>
    </w:p>
    <w:sectPr w:rsidR="00852D9B" w:rsidSect="00034616">
      <w:headerReference w:type="default" r:id="rId8"/>
      <w:footerReference w:type="default" r:id="rId9"/>
      <w:pgSz w:w="12240" w:h="15840"/>
      <w:pgMar w:top="1469" w:right="504" w:bottom="1483" w:left="504" w:header="0" w:footer="9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7969A77" w14:textId="77777777" w:rsidR="00021616" w:rsidRDefault="00021616">
      <w:pPr>
        <w:spacing w:after="0" w:line="240" w:lineRule="auto"/>
      </w:pPr>
      <w:r>
        <w:separator/>
      </w:r>
    </w:p>
  </w:endnote>
  <w:endnote w:type="continuationSeparator" w:id="0">
    <w:p w14:paraId="4D036E04" w14:textId="77777777" w:rsidR="00021616" w:rsidRDefault="00021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2006560" w14:textId="77777777" w:rsidR="00852D9B" w:rsidRDefault="00000000">
    <w:pPr>
      <w:pStyle w:val="Footer"/>
    </w:pPr>
    <w:r>
      <w:rPr>
        <w:color w:val="808080"/>
        <w:sz w:val="15"/>
      </w:rPr>
      <w:t xml:space="preserve">R8 - Seller’s Disclosure    Listing Number ______________    Page </w:t>
    </w:r>
    <w:r>
      <w:fldChar w:fldCharType="begin"/>
    </w:r>
    <w:r>
      <w:instrText>PAGE</w:instrText>
    </w:r>
    <w:r>
      <w:fldChar w:fldCharType="separate"/>
    </w:r>
    <w:r w:rsidR="00655EAF">
      <w:rPr>
        <w:noProof/>
      </w:rPr>
      <w:t>1</w:t>
    </w:r>
    <w:r>
      <w:fldChar w:fldCharType="end"/>
    </w:r>
  </w:p>
  <w:p w14:paraId="743DE445" w14:textId="77777777" w:rsidR="00852D9B" w:rsidRDefault="00000000">
    <w:pPr>
      <w:jc w:val="right"/>
    </w:pPr>
    <w:r>
      <w:rPr>
        <w:color w:val="808080"/>
        <w:sz w:val="15"/>
      </w:rPr>
      <w:t>Initial _________</w:t>
    </w:r>
    <w:proofErr w:type="gramStart"/>
    <w:r>
      <w:rPr>
        <w:color w:val="808080"/>
        <w:sz w:val="15"/>
      </w:rPr>
      <w:t>_  Date</w:t>
    </w:r>
    <w:proofErr w:type="gramEnd"/>
    <w:r>
      <w:rPr>
        <w:color w:val="808080"/>
        <w:sz w:val="15"/>
      </w:rPr>
      <w:t xml:space="preserve"> __________     Initial _________</w:t>
    </w:r>
    <w:proofErr w:type="gramStart"/>
    <w:r>
      <w:rPr>
        <w:color w:val="808080"/>
        <w:sz w:val="15"/>
      </w:rPr>
      <w:t>_  Date</w:t>
    </w:r>
    <w:proofErr w:type="gramEnd"/>
    <w:r>
      <w:rPr>
        <w:color w:val="808080"/>
        <w:sz w:val="15"/>
      </w:rPr>
      <w:t xml:space="preserve"> 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4F72237" w14:textId="77777777" w:rsidR="00021616" w:rsidRDefault="00021616">
      <w:pPr>
        <w:spacing w:after="0" w:line="240" w:lineRule="auto"/>
      </w:pPr>
      <w:r>
        <w:separator/>
      </w:r>
    </w:p>
  </w:footnote>
  <w:footnote w:type="continuationSeparator" w:id="0">
    <w:p w14:paraId="415C923C" w14:textId="77777777" w:rsidR="00021616" w:rsidRDefault="000216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965AE4" w14:textId="77777777" w:rsidR="00852D9B" w:rsidRDefault="00000000">
    <w:pPr>
      <w:pStyle w:val="Header"/>
    </w:pPr>
    <w:r>
      <w:rPr>
        <w:noProof/>
      </w:rPr>
      <w:drawing>
        <wp:anchor distT="0" distB="0" distL="0" distR="0" simplePos="0" relativeHeight="251658240" behindDoc="1" locked="0" layoutInCell="1" allowOverlap="1" wp14:anchorId="5F5F5EA0" wp14:editId="68BE019B">
          <wp:simplePos x="0" y="0"/>
          <wp:positionH relativeFrom="page">
            <wp:posOffset>0</wp:posOffset>
          </wp:positionH>
          <wp:positionV relativeFrom="page">
            <wp:posOffset>0</wp:posOffset>
          </wp:positionV>
          <wp:extent cx="7772400" cy="7467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a:stretch>
                    <a:fillRect/>
                  </a:stretch>
                </pic:blipFill>
                <pic:spPr>
                  <a:xfrm>
                    <a:off x="0" y="0"/>
                    <a:ext cx="7772400" cy="746760"/>
                  </a:xfrm>
                  <a:prstGeom prst="rect">
                    <a:avLst/>
                  </a:prstGeom>
                </pic:spPr>
              </pic:pic>
            </a:graphicData>
          </a:graphic>
        </wp:anchor>
      </w:drawing>
    </w:r>
    <w:r>
      <w:rPr>
        <w:noProof/>
      </w:rPr>
      <w:drawing>
        <wp:anchor distT="0" distB="0" distL="0" distR="0" simplePos="0" relativeHeight="251659264" behindDoc="1" locked="0" layoutInCell="1" allowOverlap="1" wp14:anchorId="5C507D36" wp14:editId="16E05BA8">
          <wp:simplePos x="0" y="0"/>
          <wp:positionH relativeFrom="page">
            <wp:posOffset>0</wp:posOffset>
          </wp:positionH>
          <wp:positionV relativeFrom="page">
            <wp:posOffset>9486900</wp:posOffset>
          </wp:positionV>
          <wp:extent cx="7772400" cy="5715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2"/>
                  <a:stretch>
                    <a:fillRect/>
                  </a:stretch>
                </pic:blipFill>
                <pic:spPr>
                  <a:xfrm>
                    <a:off x="0" y="0"/>
                    <a:ext cx="7772400" cy="5715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866208863">
    <w:abstractNumId w:val="8"/>
  </w:num>
  <w:num w:numId="2" w16cid:durableId="1310935192">
    <w:abstractNumId w:val="6"/>
  </w:num>
  <w:num w:numId="3" w16cid:durableId="1501315278">
    <w:abstractNumId w:val="5"/>
  </w:num>
  <w:num w:numId="4" w16cid:durableId="1700740604">
    <w:abstractNumId w:val="4"/>
  </w:num>
  <w:num w:numId="5" w16cid:durableId="1296719667">
    <w:abstractNumId w:val="7"/>
  </w:num>
  <w:num w:numId="6" w16cid:durableId="674579846">
    <w:abstractNumId w:val="3"/>
  </w:num>
  <w:num w:numId="7" w16cid:durableId="6298011">
    <w:abstractNumId w:val="2"/>
  </w:num>
  <w:num w:numId="8" w16cid:durableId="745224918">
    <w:abstractNumId w:val="1"/>
  </w:num>
  <w:num w:numId="9" w16cid:durableId="2137412412">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21616"/>
    <w:rsid w:val="00034616"/>
    <w:rsid w:val="0006063C"/>
    <w:rsid w:val="0015074B"/>
    <w:rsid w:val="0029639D"/>
    <w:rsid w:val="00326F90"/>
    <w:rsid w:val="004F02F6"/>
    <w:rsid w:val="00655EAF"/>
    <w:rsid w:val="00852D9B"/>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D10B11E"/>
  <w14:defaultImageDpi w14:val="300"/>
  <w15:docId w15:val="{C55371EA-C8EC-1344-8F3A-C56699D7BF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1196</Words>
  <Characters>6008</Characters>
  <Application>Microsoft Office Word</Application>
  <DocSecurity>0</DocSecurity>
  <Lines>240</Lines>
  <Paragraphs>225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Brian Stephens</cp:lastModifiedBy>
  <cp:revision>2</cp:revision>
  <dcterms:created xsi:type="dcterms:W3CDTF">2026-09-18T18:55:00Z</dcterms:created>
  <dcterms:modified xsi:type="dcterms:W3CDTF">2026-09-18T18:55:00Z</dcterms:modified>
  <cp:category/>
</cp:coreProperties>
</file>